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Definition of a Nation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2024-06-11</w:t>
      </w:r>
    </w:p>
    <w:p>
      <w:pPr/>
    </w:p>
    <w:p/>
    <w:p>
      <w:r>
        <w:t>"A nation is a historically constituted, stable community of people, formed on the basis of a common language, territory, economic life, and psychological make-up manifested in a common culture."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