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October Revolution and Imperialist Front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2022-12-27</w:t>
      </w:r>
    </w:p>
    <w:p>
      <w:pPr/>
    </w:p>
    <w:p/>
    <w:p>
      <w:r>
        <w:t>"We often say that the October Revolution is a breach of the world imperialist front. But what does that mean? It means that it ushered in the era of proletarian revolutions and the dictatorship of the proletariat."</w:t>
      </w:r>
    </w:p>
    <w:p>
      <w:r>
        <w:rPr>
          <w:b/>
        </w:rPr>
        <w:t>Joseph Stalin, 'Synopsis of the Article “The International Character of the October Revolution”'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october-revolution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