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the History and Study of Society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2024-01-06</w:t>
      </w:r>
    </w:p>
    <w:p>
      <w:pPr/>
    </w:p>
    <w:p/>
    <w:p>
      <w:r>
        <w:t>"Social life, the history of society, ceases to be an agglomeration of "accidents", for the history of society becomes a development of society according to regular laws, and the study of the history of society becomes a science."</w:t>
      </w:r>
    </w:p>
    <w:p>
      <w:r>
        <w:rPr>
          <w:b/>
        </w:rPr>
        <w:t>Joseph Stalin, Dialectical and Historical Materialism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stalin-on-the-history-and-study-of-societ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