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Bourgeois-Democratic and the Proletarian Revolution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2023-06-24</w:t>
      </w:r>
    </w:p>
    <w:p>
      <w:pPr/>
    </w:p>
    <w:p/>
    <w:p>
      <w:r>
        <w:t>"When the overthrow of the survivals of the regime of feudal serfdom becomes impossible without a revolutionary struggle against imperialism it scarcely needs proof that the bourgeois-democratic revolution, in a more of less developed country, must under such circumstances verge upon the proletarian revolution, that the former must pass into the latter."</w:t>
      </w:r>
    </w:p>
    <w:p>
      <w:r>
        <w:rPr>
          <w:b/>
        </w:rPr>
        <w:t>Joseph Stalin, The Foundations of Leninism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the-bourgeois-democratic-and-the-proletarian-revolu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