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Party Growth and Consolidation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2023-04-27</w:t>
      </w:r>
    </w:p>
    <w:p>
      <w:pPr/>
    </w:p>
    <w:p/>
    <w:p>
      <w:r>
        <w:t>"Whereas in a small party in a small country it is possible in one way or another to slur over disagreements, covering them up by the prestige of one or several persons, in the case of a big party in a big country development through the overcoming of contradictions is an inevitable element of party growth and consolidation."</w:t>
      </w:r>
    </w:p>
    <w:p>
      <w:r>
        <w:rPr>
          <w:b/>
        </w:rPr>
        <w:t>Joseph Stalin, “Once More on the Social-Democratic Deviation in our Party”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party-growth-and-consolid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