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Stalin on Alliance Between the Working Class and the Working Peasantry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2023-03-02</w:t>
      </w:r>
    </w:p>
    <w:p>
      <w:pPr/>
    </w:p>
    <w:p/>
    <w:p>
      <w:r>
        <w:t>"An alliance between the working class and the working peasantry within the nation for the elimination of the survivals of capitalism in order that socialism may be built triumphantly; abolition of the survivals of national oppression in order that the nations and national minorities may be equal and may develop freely."</w:t>
      </w:r>
    </w:p>
    <w:p>
      <w:r>
        <w:rPr>
          <w:b/>
        </w:rPr>
        <w:t>Joseph Stalin, "Marxism and the National Question"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stalin-on-alliance-between-the-working-class-and-the-working-peasantr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