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Seven Arguments for Socialism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2021-06-10</w:t>
      </w:r>
    </w:p>
    <w:p>
      <w:pPr/>
      <w:r>
        <w:t>1 min read</w:t>
      </w:r>
    </w:p>
    <w:p>
      <w:r/>
      <w:r>
        <w:br/>
      </w:r>
      <w:r/>
    </w:p>
    <w:p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/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even-arguments-for-socialism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