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Protests in Ukraine And Protests in Kazakhstan: What's The Difference?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36596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659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2022-01-23</w:t>
      </w:r>
    </w:p>
    <w:p>
      <w:pPr/>
    </w:p>
    <w:p>
      <w:r/>
      <w:r>
        <w:br/>
      </w:r>
      <w:r>
        <w:br/>
      </w:r>
      <w:r/>
    </w:p>
    <w:p>
      <w:r>
        <w:t xml:space="preserve"> 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protests-in-ukraine-and-protests-in-kazakhstan-whats-the-differen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