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Maxim Gorky on the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2022-03-28</w:t>
      </w:r>
    </w:p>
    <w:p>
      <w:pPr/>
    </w:p>
    <w:p>
      <w:r/>
      <w:r>
        <w:br/>
      </w:r>
      <w:r/>
    </w:p>
    <w:p>
      <w:r>
        <w:t xml:space="preserve">A human will probably be ideally good when there is not a single slave left in the world, not a single vanquished. But in order for there to be no vanquished and slaves, you need to fight mercilessly against people who are used to living by the labor of slaves. </w:t>
      </w:r>
      <w:r/>
      <w:r>
        <w:t xml:space="preserve">Alexei Maximovich Peshkov, popularly known as </w:t>
      </w:r>
      <w:r>
        <w:rPr>
          <w:b/>
        </w:rPr>
        <w:t>Maxim Gorky</w:t>
      </w:r>
      <w:r>
        <w:t>, was a Russian writer and political activist. He was born on March 28, 1868.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xim-gorky-on-the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