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Theory of the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2023-12-02</w:t>
      </w:r>
    </w:p>
    <w:p>
      <w:pPr/>
    </w:p>
    <w:p/>
    <w:p>
      <w:r>
        <w:t>"The theory of the Communists may be summed up in the single sentence: Abolition of private property."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the-theory-of-the-comm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