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'Unity' With Opportunists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5332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533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2025-04-22</w:t>
      </w:r>
    </w:p>
    <w:p>
      <w:pPr/>
    </w:p>
    <w:p/>
    <w:p>
      <w:r>
        <w:t xml:space="preserve">155 years ago, on April 22, 1870, Vladimir Ilyich Lenin was born. He was the leader of the world proletariat, the founder of the Soviet state, a revolutionary and the great theorist of Marxism. </w:t>
      </w:r>
    </w:p>
    <w:p>
      <w:r>
        <w:t>Lenin's example teaches communists to fight uncompromisingly against various deviations. This struggle is more relevant today than ever.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unity-with-opport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