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Lenin on Trotsky's Theory of Repudiation of the Role of the Peasantry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2023-08-10</w:t>
      </w:r>
    </w:p>
    <w:p>
      <w:pPr/>
    </w:p>
    <w:p/>
    <w:p>
      <w:r>
        <w:t>"Trotsky is in fact helping the liberal-labor politicians in Russia, who by “repudiation” of the role of the peasantry understand a refusal to raise up the peasants for the revolution!"</w:t>
      </w:r>
    </w:p>
    <w:p>
      <w:r>
        <w:rPr>
          <w:b/>
        </w:rPr>
        <w:t>Vladimir Lenin, On the Two Lines in the Revolution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stage.politsturm.com/lenin-on-trotsky-theory-of-repudiation-of-the-role-of-the-peasant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