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the Revolutionary Path of Russia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2022-06-03</w:t>
      </w:r>
    </w:p>
    <w:p>
      <w:pPr/>
    </w:p>
    <w:p>
      <w:r/>
      <w:r>
        <w:br/>
      </w:r>
      <w:r>
        <w:br/>
      </w:r>
      <w:r>
        <w:br/>
      </w:r>
      <w:r/>
    </w:p>
    <w:p>
      <w:r>
        <w:t>Experience has proved that, on certain very important questions of the proletarian revolution, all countries will inevitably have to do what Russia has done.</w:t>
      </w:r>
    </w:p>
    <w:p>
      <w:r/>
    </w:p>
    <w:p>
      <w:r>
        <w:rPr>
          <w:b/>
        </w:rPr>
        <w:t>Vladimir Lenin, “Left-Wing Communism: An Infantile Disorder”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lenin-on-the-revolutionary-path-of-russ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