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Proletarian Dictatorship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2020-09-14</w:t>
      </w:r>
    </w:p>
    <w:p>
      <w:pPr/>
    </w:p>
    <w:p>
      <w:r/>
      <w:r>
        <w:br/>
      </w:r>
      <w:r>
        <w:br/>
      </w:r>
      <w:r/>
    </w:p>
    <w:p>
      <w:r>
        <w:t xml:space="preserve">Proletarian dictatorship is the sole means of defending the working people against the oppression of capital, the violence of bourgeois military dictatorship, and imperialist war. </w:t>
      </w:r>
      <w:r/>
      <w:r>
        <w:br/>
      </w:r>
      <w:r>
        <w:br/>
        <w:t>Proletarian dictatorship is the sole step to equality and democracy in practice, not on paper, but in life, not in political phrase-mongering, but in economic reality.</w:t>
      </w:r>
    </w:p>
    <w:p>
      <w:r>
        <w:rPr>
          <w:b/>
          <w:i/>
        </w:rPr>
        <w:t>Vladimir Lenin, Greetings To Italian, French and German Communists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proletarian-dictatorshi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