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Monopolies, Cartels, Syndicates and Trusts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2023-10-28</w:t>
      </w:r>
    </w:p>
    <w:p>
      <w:pPr/>
    </w:p>
    <w:p/>
    <w:p>
      <w:r>
        <w:t>"Monopolist capitalist associations, cartels, syndicates and trusts first divided the home market among themselves and obtained more or less complete possession of the industry of their own country."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onopolies-cartels-syndicates-and-tru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