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Imperialist Wars between Monopolies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2023-10-29</w:t>
      </w:r>
    </w:p>
    <w:p>
      <w:pPr/>
    </w:p>
    <w:p/>
    <w:p>
      <w:r>
        <w:t>"The division of the world between two powerful trusts does not preclude redivision if the relation of forces changes as a result of uneven development, war, bankruptcy, etc."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imperialist-wars-between-monopoli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