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Freedom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2020-09-10</w:t>
      </w:r>
    </w:p>
    <w:p>
      <w:pPr/>
    </w:p>
    <w:p>
      <w:r/>
      <w:r>
        <w:br/>
      </w:r>
      <w:r>
        <w:br/>
      </w:r>
      <w:r/>
    </w:p>
    <w:p>
      <w:r>
        <w:t>“Freedom” is a grand word, but under the banner of freedom for industry the most predatory wars were waged, under the banner of freedom of labour the working people were robbed.</w:t>
      </w:r>
      <w:r/>
    </w:p>
    <w:p>
      <w:r>
        <w:rPr>
          <w:b/>
          <w:i/>
        </w:rPr>
        <w:t>Vladimir Lenin, “What Is To Be Done”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freed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