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Capitalist Monopoly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2023-11-21</w:t>
      </w:r>
    </w:p>
    <w:p>
      <w:pPr/>
    </w:p>
    <w:p/>
    <w:p>
      <w:r>
        <w:t>"This is capitalist monopoly, i.e., monopoly which has grown out of capitalism and which exists in the general environment of capitalism, commodity production and competition, in permanent and insoluble contradiction to this general environment"</w:t>
      </w:r>
    </w:p>
    <w:p>
      <w:r>
        <w:rPr>
          <w:b/>
        </w:rPr>
        <w:t>Vladimir Lenin, Imperialism: the Highest Stage of Capitalism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capitalist-monopo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