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Capitalism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2023-10-08</w:t>
      </w:r>
    </w:p>
    <w:p>
      <w:pPr/>
    </w:p>
    <w:p/>
    <w:p>
      <w:r>
        <w:t>"Capitalism is commodity production at its highest stage of development, when labour-power itself becomes a commodity."</w:t>
      </w:r>
    </w:p>
    <w:p>
      <w:r>
        <w:rPr>
          <w:b/>
        </w:rPr>
        <w:t>Vladimir Lenin, Imperialism: the Highest Stage of Capitalism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capital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