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— 150th Anniversary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2020-04-22</w:t>
      </w:r>
    </w:p>
    <w:p>
      <w:pPr/>
    </w:p>
    <w:p>
      <w:r/>
      <w:r>
        <w:br/>
      </w:r>
      <w:r>
        <w:br/>
      </w:r>
      <w:r/>
    </w:p>
    <w:p>
      <w:r>
        <w:t>150 years ago, on April 22, 1870, Vladimir Ilyich Lenin was born. He was the leader of the world proletariat, the founder of the Soviet state, a revolutionary and the great theoretician of Marxism.</w:t>
      </w:r>
      <w:r/>
    </w:p>
    <w:p>
      <w:r>
        <w:rPr>
          <w:i/>
        </w:rPr>
        <w:t>“General belief in revolution is already the beginning of the revolution”.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150th-annivers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