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Friedrich Engels — 200 Year Birthday Anniversary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2020-11-28</w:t>
      </w:r>
    </w:p>
    <w:p>
      <w:pPr/>
    </w:p>
    <w:p>
      <w:r/>
      <w:r>
        <w:br/>
      </w:r>
      <w:r/>
    </w:p>
    <w:p>
      <w:r>
        <w:t>200 years ago, on November 28, 1820, Friedrich Engels was born — one of the founders of Marxism, leader and teacher of the international proletariat, friend and associate of Karl Marx.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friedrich-engels-200-year-birthday-annivers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