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Four Things Stalin Was Right About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2021-11-09</w:t>
      </w:r>
    </w:p>
    <w:p>
      <w:pPr/>
      <w:r>
        <w:t>1 min read</w:t>
      </w:r>
    </w:p>
    <w:p/>
    <w:p>
      <w:r>
        <w:t xml:space="preserve">We selected some quotes from Stalin’s works, showing four problems of the modern capitalist society and his point of view on them, which can be considered clearly as Marxist.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four-things-stalin-was-right-about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