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Four Soviet Innovations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2021-12-29</w:t>
      </w:r>
    </w:p>
    <w:p>
      <w:pPr/>
      <w:r>
        <w:t>1 min read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04572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5727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r>
        <w:rPr>
          <w:b/>
          <w:color w:val="FF0000"/>
        </w:rPr>
        <w:t>Error loading image</w:t>
      </w:r>
    </w:p>
    <w:p/>
    <w:p>
      <w:r>
        <w:rPr>
          <w:b/>
          <w:color w:val="FF0000"/>
        </w:rPr>
        <w:t>Error loading image</w:t>
      </w:r>
    </w:p>
    <w:p/>
    <w:p>
      <w:r>
        <w:rPr>
          <w:b/>
          <w:color w:val="FF0000"/>
        </w:rPr>
        <w:t>Error loading image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four-soviet-innovations" TargetMode="External"/><Relationship Id="rId1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